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2DABE" w14:textId="77777777" w:rsidR="004C6442" w:rsidRDefault="00A757A1" w:rsidP="00A757A1">
      <w:pPr>
        <w:spacing w:after="0"/>
      </w:pPr>
      <w:r>
        <w:t>[Name des Fahrgastes / der Angehörigen]</w:t>
      </w:r>
    </w:p>
    <w:p w14:paraId="2FEE61B9" w14:textId="77777777" w:rsidR="004C6442" w:rsidRDefault="00A757A1" w:rsidP="00A757A1">
      <w:pPr>
        <w:spacing w:after="0"/>
      </w:pPr>
      <w:r>
        <w:t>[Strasse, Hausnummer]</w:t>
      </w:r>
    </w:p>
    <w:p w14:paraId="6727C09C" w14:textId="77777777" w:rsidR="004C6442" w:rsidRDefault="00A757A1" w:rsidP="00A757A1">
      <w:pPr>
        <w:spacing w:after="0"/>
      </w:pPr>
      <w:r>
        <w:t>[PLZ, Ort]</w:t>
      </w:r>
    </w:p>
    <w:p w14:paraId="7B1508AB" w14:textId="77777777" w:rsidR="004C6442" w:rsidRDefault="00A757A1" w:rsidP="00A757A1">
      <w:pPr>
        <w:spacing w:after="0"/>
      </w:pPr>
      <w:r>
        <w:t>[Telefonnummer]</w:t>
      </w:r>
    </w:p>
    <w:p w14:paraId="70FA8CD1" w14:textId="77777777" w:rsidR="004C6442" w:rsidRDefault="004C6442" w:rsidP="00A757A1">
      <w:pPr>
        <w:spacing w:after="0"/>
      </w:pPr>
    </w:p>
    <w:p w14:paraId="56F92223" w14:textId="77777777" w:rsidR="004C6442" w:rsidRDefault="00A757A1" w:rsidP="00A757A1">
      <w:pPr>
        <w:spacing w:after="0"/>
      </w:pPr>
      <w:r>
        <w:t>SVA Graubünden</w:t>
      </w:r>
    </w:p>
    <w:p w14:paraId="2E9F8E6E" w14:textId="77777777" w:rsidR="004C6442" w:rsidRDefault="00A757A1" w:rsidP="00A757A1">
      <w:pPr>
        <w:spacing w:after="0"/>
      </w:pPr>
      <w:r>
        <w:t>Ergänzungsleistungen</w:t>
      </w:r>
    </w:p>
    <w:p w14:paraId="3A27D326" w14:textId="77777777" w:rsidR="004C6442" w:rsidRDefault="00A757A1" w:rsidP="00A757A1">
      <w:pPr>
        <w:spacing w:after="0"/>
      </w:pPr>
      <w:r>
        <w:t>Ottostrasse 24</w:t>
      </w:r>
    </w:p>
    <w:p w14:paraId="24DC33B2" w14:textId="77777777" w:rsidR="004C6442" w:rsidRDefault="00A757A1" w:rsidP="00A757A1">
      <w:pPr>
        <w:spacing w:after="0"/>
      </w:pPr>
      <w:r>
        <w:t>7000 Chur</w:t>
      </w:r>
    </w:p>
    <w:p w14:paraId="2EB7F3CE" w14:textId="77777777" w:rsidR="004C6442" w:rsidRDefault="004C6442" w:rsidP="00A757A1">
      <w:pPr>
        <w:spacing w:after="0"/>
      </w:pPr>
    </w:p>
    <w:p w14:paraId="6210EBE4" w14:textId="77777777" w:rsidR="004C6442" w:rsidRDefault="00A757A1" w:rsidP="00A757A1">
      <w:pPr>
        <w:spacing w:after="0"/>
      </w:pPr>
      <w:r>
        <w:t>[Ort], den [Aktuelles Datum]</w:t>
      </w:r>
    </w:p>
    <w:p w14:paraId="3E3683A9" w14:textId="77777777" w:rsidR="004C6442" w:rsidRDefault="004C6442" w:rsidP="00A757A1">
      <w:pPr>
        <w:spacing w:after="0"/>
      </w:pPr>
    </w:p>
    <w:p w14:paraId="4C65D192" w14:textId="77777777" w:rsidR="004C6442" w:rsidRDefault="00A757A1" w:rsidP="00A757A1">
      <w:pPr>
        <w:spacing w:after="0"/>
      </w:pPr>
      <w:r>
        <w:t xml:space="preserve">Versicherungs-Nummer (AHV-Nummer): </w:t>
      </w:r>
      <w:r>
        <w:t>756.____________________</w:t>
      </w:r>
    </w:p>
    <w:p w14:paraId="7925AC72" w14:textId="77777777" w:rsidR="004C6442" w:rsidRDefault="00A757A1" w:rsidP="00A757A1">
      <w:pPr>
        <w:spacing w:after="0"/>
      </w:pPr>
      <w:r>
        <w:t>Gesuch um Übernahme behinderungsbedingter Transportkosten als Krankheitskosten</w:t>
      </w:r>
    </w:p>
    <w:p w14:paraId="35558C86" w14:textId="77777777" w:rsidR="004C6442" w:rsidRDefault="004C6442" w:rsidP="00A757A1">
      <w:pPr>
        <w:spacing w:after="0"/>
      </w:pPr>
    </w:p>
    <w:p w14:paraId="2DFCB4F1" w14:textId="77777777" w:rsidR="004C6442" w:rsidRDefault="00A757A1" w:rsidP="00A757A1">
      <w:pPr>
        <w:spacing w:after="0"/>
      </w:pPr>
      <w:r>
        <w:t>Sehr geehrte Damen und Herren</w:t>
      </w:r>
    </w:p>
    <w:p w14:paraId="52B6473C" w14:textId="77777777" w:rsidR="004C6442" w:rsidRDefault="004C6442" w:rsidP="00A757A1">
      <w:pPr>
        <w:spacing w:after="0"/>
      </w:pPr>
    </w:p>
    <w:p w14:paraId="35D79FCA" w14:textId="77777777" w:rsidR="004C6442" w:rsidRDefault="00A757A1" w:rsidP="00A757A1">
      <w:pPr>
        <w:spacing w:after="0"/>
      </w:pPr>
      <w:r>
        <w:t>Hiermit reiche ich die Belege für meine medizinisch notwendigen Fahrten mit dem Rollstuhltransport-Dienst BFG (Behindert</w:t>
      </w:r>
      <w:r>
        <w:t xml:space="preserve">en Fahrdienst Graubünden) zur Rückerstattung über die Ergänzungsleistungen ein. </w:t>
      </w:r>
    </w:p>
    <w:p w14:paraId="2C19DDCD" w14:textId="77777777" w:rsidR="004C6442" w:rsidRDefault="004C6442" w:rsidP="00A757A1">
      <w:pPr>
        <w:spacing w:after="0"/>
      </w:pPr>
    </w:p>
    <w:p w14:paraId="775EDE02" w14:textId="77777777" w:rsidR="004C6442" w:rsidRDefault="00A757A1" w:rsidP="00A757A1">
      <w:pPr>
        <w:spacing w:after="0"/>
      </w:pPr>
      <w:r>
        <w:t>Aufgrund meiner schweren Mobilitätseinschränkung bin ich zwingend auf ein rollstuhlgerechtes Spezialfahrzeug angewiesen. Die Nutzung des regulären öffentlichen Verkehrs sowie</w:t>
      </w:r>
      <w:r>
        <w:t xml:space="preserve"> gewöhnlicher Personenfahrzeuge ist mir aus medizinischen Gründen nicht möglich. Das entsprechende ärztliche Transportattest liegt diesem Schreiben bei.</w:t>
      </w:r>
    </w:p>
    <w:p w14:paraId="0D77D915" w14:textId="77777777" w:rsidR="004C6442" w:rsidRDefault="004C6442" w:rsidP="00A757A1">
      <w:pPr>
        <w:spacing w:after="0"/>
      </w:pPr>
    </w:p>
    <w:p w14:paraId="49CFB2E6" w14:textId="77777777" w:rsidR="004C6442" w:rsidRDefault="00A757A1" w:rsidP="00A757A1">
      <w:pPr>
        <w:spacing w:after="0"/>
      </w:pPr>
      <w:r>
        <w:t>Ich stütze mein Gesuch direkt auf das Bundesgesetz über Ergänzungsleistungen (Art. 14 Abs. 1 lit. e EL</w:t>
      </w:r>
      <w:r>
        <w:t>G) sowie auf die kantonale Verordnung des Kantons Graubünden (BR 544.320 Art. 17 Abs. 2). Diese Bestimmungen sehen vor, dass Fahrtkosten zum nächstgelegenen medizinischen Behandlungsort als Krankheits- und Behinderungskosten vergütet werden, auch dann, wen</w:t>
      </w:r>
      <w:r>
        <w:t>n die versicherte Person wegen ihrer Behinderung auf ein anderes Transportmittel als den öffentlichen Verkehr angewiesen ist.</w:t>
      </w:r>
    </w:p>
    <w:p w14:paraId="400F0B34" w14:textId="77777777" w:rsidR="004C6442" w:rsidRDefault="004C6442" w:rsidP="00A757A1">
      <w:pPr>
        <w:spacing w:after="0"/>
      </w:pPr>
    </w:p>
    <w:p w14:paraId="1C2DA814" w14:textId="77777777" w:rsidR="004C6442" w:rsidRDefault="00A757A1" w:rsidP="00A757A1">
      <w:pPr>
        <w:spacing w:after="0"/>
      </w:pPr>
      <w:r>
        <w:t>Da die kantonale Stiftung Mobilita derzeit die Aufnahme neuer, privater Fahrdienste blockiert und mir somit der freie Zugang zu s</w:t>
      </w:r>
      <w:r>
        <w:t>pezialisierten und passenden Mobilitätsangeboten verwehrt wird, bin ich auf die Einzelfallprüfung und direkte Rückerstattung durch die SVA Graubünden angewiesen. Das staatliche kantonale Amt vollzieht Bundesrecht und ist gesetzlich zur Übernahme dieser nac</w:t>
      </w:r>
      <w:r>
        <w:t>hgewiesenen Krankheitskosten verpflichtet, unabhängig von den internen Vergaberichtlinien der Stiftung Mobilita.</w:t>
      </w:r>
    </w:p>
    <w:p w14:paraId="1E95C71B" w14:textId="77777777" w:rsidR="004C6442" w:rsidRDefault="004C6442" w:rsidP="00A757A1">
      <w:pPr>
        <w:spacing w:after="0"/>
      </w:pPr>
    </w:p>
    <w:p w14:paraId="7304275B" w14:textId="77777777" w:rsidR="004C6442" w:rsidRDefault="00A757A1" w:rsidP="00A757A1">
      <w:pPr>
        <w:spacing w:after="0"/>
      </w:pPr>
      <w:r>
        <w:t>Bitte erstatten Sie den Gesamtbetrag der beiliegenden Quittungen von CHF ___________ auf mein folgendes Bankkonto:</w:t>
      </w:r>
    </w:p>
    <w:p w14:paraId="0166B204" w14:textId="77777777" w:rsidR="004C6442" w:rsidRDefault="004C6442" w:rsidP="00A757A1">
      <w:pPr>
        <w:spacing w:after="0"/>
      </w:pPr>
    </w:p>
    <w:p w14:paraId="5BC802EB" w14:textId="77777777" w:rsidR="004C6442" w:rsidRDefault="00A757A1" w:rsidP="00A757A1">
      <w:pPr>
        <w:spacing w:after="0"/>
      </w:pPr>
      <w:r>
        <w:t>IBAN-Nummer: CH___________</w:t>
      </w:r>
      <w:r>
        <w:t>______________________</w:t>
      </w:r>
    </w:p>
    <w:p w14:paraId="2324C572" w14:textId="77777777" w:rsidR="004C6442" w:rsidRDefault="00A757A1" w:rsidP="00A757A1">
      <w:pPr>
        <w:spacing w:after="0"/>
      </w:pPr>
      <w:r>
        <w:t>Bank/Post: _____________________________________</w:t>
      </w:r>
    </w:p>
    <w:p w14:paraId="54B75DB6" w14:textId="77777777" w:rsidR="004C6442" w:rsidRDefault="004C6442" w:rsidP="00A757A1">
      <w:pPr>
        <w:spacing w:after="0"/>
      </w:pPr>
    </w:p>
    <w:p w14:paraId="1992EAE8" w14:textId="77777777" w:rsidR="004C6442" w:rsidRDefault="00A757A1" w:rsidP="00A757A1">
      <w:pPr>
        <w:spacing w:after="0"/>
      </w:pPr>
      <w:r>
        <w:t>Ich danke Ihnen für die pflichtbewusste Prüfung meines Gesuchs und die gewohnt speditive Erledigung.</w:t>
      </w:r>
    </w:p>
    <w:p w14:paraId="344A8D50" w14:textId="77777777" w:rsidR="004C6442" w:rsidRDefault="004C6442" w:rsidP="00A757A1">
      <w:pPr>
        <w:spacing w:after="0"/>
      </w:pPr>
    </w:p>
    <w:p w14:paraId="2B1C1765" w14:textId="77777777" w:rsidR="004C6442" w:rsidRDefault="00A757A1" w:rsidP="00A757A1">
      <w:pPr>
        <w:spacing w:after="0"/>
      </w:pPr>
      <w:r>
        <w:t>Mit freundlichen Grüssen</w:t>
      </w:r>
    </w:p>
    <w:p w14:paraId="6FBA55A8" w14:textId="77777777" w:rsidR="004C6442" w:rsidRDefault="004C6442" w:rsidP="00A757A1">
      <w:pPr>
        <w:spacing w:after="0"/>
      </w:pPr>
    </w:p>
    <w:p w14:paraId="5A74F14F" w14:textId="77777777" w:rsidR="004C6442" w:rsidRDefault="004C6442" w:rsidP="00A757A1">
      <w:pPr>
        <w:spacing w:after="0"/>
      </w:pPr>
    </w:p>
    <w:p w14:paraId="535A5776" w14:textId="77777777" w:rsidR="004C6442" w:rsidRDefault="00A757A1" w:rsidP="00A757A1">
      <w:pPr>
        <w:spacing w:after="0"/>
      </w:pPr>
      <w:r>
        <w:t xml:space="preserve">[Unterschrift des Fahrgastes / des </w:t>
      </w:r>
      <w:r>
        <w:t>gesetzlichen Vertreters]</w:t>
      </w:r>
    </w:p>
    <w:p w14:paraId="4BDA3C0F" w14:textId="77777777" w:rsidR="004C6442" w:rsidRDefault="004C6442" w:rsidP="00A757A1">
      <w:pPr>
        <w:spacing w:after="0"/>
      </w:pPr>
    </w:p>
    <w:p w14:paraId="0E3EDE66" w14:textId="77777777" w:rsidR="004C6442" w:rsidRDefault="00A757A1" w:rsidP="00A757A1">
      <w:pPr>
        <w:spacing w:after="0"/>
      </w:pPr>
      <w:r>
        <w:t>Beilagen:</w:t>
      </w:r>
    </w:p>
    <w:p w14:paraId="1CE6A575" w14:textId="77777777" w:rsidR="004C6442" w:rsidRDefault="00A757A1" w:rsidP="00A757A1">
      <w:pPr>
        <w:spacing w:after="0"/>
      </w:pPr>
      <w:r>
        <w:t>- Ärztliche Transportverordnung / Attest</w:t>
      </w:r>
    </w:p>
    <w:p w14:paraId="57662809" w14:textId="77777777" w:rsidR="004C6442" w:rsidRDefault="00A757A1" w:rsidP="00A757A1">
      <w:pPr>
        <w:spacing w:after="0"/>
      </w:pPr>
      <w:r>
        <w:t>- Detaillierte Fahrtkosten-Quittungen von BFG</w:t>
      </w:r>
    </w:p>
    <w:sectPr w:rsidR="004C644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6442"/>
    <w:rsid w:val="00A757A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60E029"/>
  <w14:defaultImageDpi w14:val="300"/>
  <w15:docId w15:val="{9F16B5DE-234A-4415-B1AE-2DFDD0BF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Elias Fankhauser</cp:lastModifiedBy>
  <cp:revision>2</cp:revision>
  <dcterms:created xsi:type="dcterms:W3CDTF">2013-12-23T23:15:00Z</dcterms:created>
  <dcterms:modified xsi:type="dcterms:W3CDTF">2026-10-21T20:58:00Z</dcterms:modified>
  <cp:category/>
</cp:coreProperties>
</file>