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29187" w14:textId="77777777" w:rsidR="00E70989" w:rsidRDefault="00363D7A" w:rsidP="00363D7A">
      <w:pPr>
        <w:spacing w:after="0"/>
      </w:pPr>
      <w:r>
        <w:t>[Name der pensionierten Person / der Angehörigen]</w:t>
      </w:r>
    </w:p>
    <w:p w14:paraId="15F5B06D" w14:textId="77777777" w:rsidR="00E70989" w:rsidRDefault="00363D7A" w:rsidP="00363D7A">
      <w:pPr>
        <w:spacing w:after="0"/>
      </w:pPr>
      <w:r>
        <w:t>[Strasse, Hausnummer]</w:t>
      </w:r>
    </w:p>
    <w:p w14:paraId="0D7E0AE9" w14:textId="77777777" w:rsidR="00E70989" w:rsidRDefault="00363D7A" w:rsidP="00363D7A">
      <w:pPr>
        <w:spacing w:after="0"/>
      </w:pPr>
      <w:r>
        <w:t>[PLZ, Ort]</w:t>
      </w:r>
    </w:p>
    <w:p w14:paraId="377540CC" w14:textId="77777777" w:rsidR="00E70989" w:rsidRDefault="00363D7A" w:rsidP="00363D7A">
      <w:pPr>
        <w:spacing w:after="0"/>
      </w:pPr>
      <w:r>
        <w:t>[Telefonnummer]</w:t>
      </w:r>
    </w:p>
    <w:p w14:paraId="284395C5" w14:textId="77777777" w:rsidR="00E70989" w:rsidRDefault="00E70989" w:rsidP="00363D7A">
      <w:pPr>
        <w:spacing w:after="0"/>
      </w:pPr>
    </w:p>
    <w:p w14:paraId="43D5813B" w14:textId="77777777" w:rsidR="00E70989" w:rsidRDefault="00363D7A" w:rsidP="00363D7A">
      <w:pPr>
        <w:spacing w:after="0"/>
      </w:pPr>
      <w:r>
        <w:t>Pro Senectute Graubünden</w:t>
      </w:r>
    </w:p>
    <w:p w14:paraId="70CB8607" w14:textId="77777777" w:rsidR="00E70989" w:rsidRDefault="00363D7A" w:rsidP="00363D7A">
      <w:pPr>
        <w:spacing w:after="0"/>
      </w:pPr>
      <w:r>
        <w:t>Beratungsstelle Bezirk Plessur</w:t>
      </w:r>
    </w:p>
    <w:p w14:paraId="4AE1B354" w14:textId="77777777" w:rsidR="00E70989" w:rsidRDefault="00363D7A" w:rsidP="00363D7A">
      <w:pPr>
        <w:spacing w:after="0"/>
      </w:pPr>
      <w:r>
        <w:t>Alexanderstrasse 2</w:t>
      </w:r>
    </w:p>
    <w:p w14:paraId="4FA96FDC" w14:textId="77777777" w:rsidR="00E70989" w:rsidRDefault="00363D7A" w:rsidP="00363D7A">
      <w:pPr>
        <w:spacing w:after="0"/>
      </w:pPr>
      <w:r>
        <w:t>7000 Chur</w:t>
      </w:r>
    </w:p>
    <w:p w14:paraId="32353CAA" w14:textId="77777777" w:rsidR="00E70989" w:rsidRDefault="00E70989" w:rsidP="00363D7A">
      <w:pPr>
        <w:spacing w:after="0"/>
      </w:pPr>
    </w:p>
    <w:p w14:paraId="3F651542" w14:textId="77777777" w:rsidR="00E70989" w:rsidRDefault="00363D7A" w:rsidP="00363D7A">
      <w:pPr>
        <w:spacing w:after="0"/>
      </w:pPr>
      <w:r>
        <w:t>[Ort], den [Aktuelles Datum]</w:t>
      </w:r>
    </w:p>
    <w:p w14:paraId="23ED541A" w14:textId="77777777" w:rsidR="00E70989" w:rsidRDefault="00E70989" w:rsidP="00363D7A">
      <w:pPr>
        <w:spacing w:after="0"/>
      </w:pPr>
    </w:p>
    <w:p w14:paraId="62C03C17" w14:textId="77777777" w:rsidR="00E70989" w:rsidRDefault="00E70989" w:rsidP="00363D7A">
      <w:pPr>
        <w:spacing w:after="0"/>
      </w:pPr>
    </w:p>
    <w:p w14:paraId="03CE259C" w14:textId="77777777" w:rsidR="00E70989" w:rsidRDefault="00363D7A" w:rsidP="00363D7A">
      <w:pPr>
        <w:spacing w:after="0"/>
      </w:pPr>
      <w:r>
        <w:t xml:space="preserve">Gesuch um Individuelle </w:t>
      </w:r>
      <w:r>
        <w:t>Finanzhilfe (IF) für Mobilitäts- und Transportkosten im Alter</w:t>
      </w:r>
    </w:p>
    <w:p w14:paraId="1D0C8090" w14:textId="77777777" w:rsidR="00E70989" w:rsidRDefault="00E70989" w:rsidP="00363D7A">
      <w:pPr>
        <w:spacing w:after="0"/>
      </w:pPr>
    </w:p>
    <w:p w14:paraId="03ACD8E0" w14:textId="77777777" w:rsidR="00E70989" w:rsidRDefault="00363D7A" w:rsidP="00363D7A">
      <w:pPr>
        <w:spacing w:after="0"/>
      </w:pPr>
      <w:r>
        <w:t>Sehr geehrte Damen und Herren</w:t>
      </w:r>
    </w:p>
    <w:p w14:paraId="1908C492" w14:textId="77777777" w:rsidR="00E70989" w:rsidRDefault="00E70989" w:rsidP="00363D7A">
      <w:pPr>
        <w:spacing w:after="0"/>
      </w:pPr>
    </w:p>
    <w:p w14:paraId="0069DB8D" w14:textId="77777777" w:rsidR="00E70989" w:rsidRDefault="00363D7A" w:rsidP="00363D7A">
      <w:pPr>
        <w:spacing w:after="0"/>
      </w:pPr>
      <w:r>
        <w:t xml:space="preserve">Hiermit reiche ich ein Gesuch um finanzielle Einzelfallhilfe für die Übernahme von Transportkosten mit dem Rollstuhltransport-Dienst BFG (Behinderten Fahrdienst </w:t>
      </w:r>
      <w:r>
        <w:t>Graubünden) ein.</w:t>
      </w:r>
    </w:p>
    <w:p w14:paraId="781860C6" w14:textId="77777777" w:rsidR="00E70989" w:rsidRDefault="00E70989" w:rsidP="00363D7A">
      <w:pPr>
        <w:spacing w:after="0"/>
      </w:pPr>
    </w:p>
    <w:p w14:paraId="5A4580BE" w14:textId="77777777" w:rsidR="00E70989" w:rsidRDefault="00363D7A" w:rsidP="00363D7A">
      <w:pPr>
        <w:spacing w:after="0"/>
      </w:pPr>
      <w:r>
        <w:t>Als pensionierte und schwer mobilitätsbehinderte Person bin ich im Alltag zwingend auf ein rollstuhlgerechtes Spezialfahrzeug mit Rampe angewiesen. Die Nutzung des regulären öffentlichen Verkehrs ist mir aufgrund meiner gesundheitlichen E</w:t>
      </w:r>
      <w:r>
        <w:t>inschränkungen absolut unmöglich. Mein finanzieller Spielraum ist durch eine kleine AHV-Rente stark begrenzt, weshalb ich die Kosten für die dringend notwendigen Fahrten im Alltag sowie zu sozialen Kontakten nicht aus eigener Tasche finanzieren kann.</w:t>
      </w:r>
    </w:p>
    <w:p w14:paraId="3768E825" w14:textId="77777777" w:rsidR="00E70989" w:rsidRDefault="00E70989" w:rsidP="00363D7A">
      <w:pPr>
        <w:spacing w:after="0"/>
      </w:pPr>
    </w:p>
    <w:p w14:paraId="4E9E953A" w14:textId="77777777" w:rsidR="00E70989" w:rsidRDefault="00363D7A" w:rsidP="00363D7A">
      <w:pPr>
        <w:spacing w:after="0"/>
      </w:pPr>
      <w:r>
        <w:t xml:space="preserve">Die </w:t>
      </w:r>
      <w:r>
        <w:t>offizielle kantonale Struktur der Stiftung Mobilita blockiert derzeit die Kooperation mit neuen, privaten und spezialisierten Fahrdiensten. Da ich mich bei BFG jedoch sicher und bestens aufgehoben fühle, befinde ich mich in einer unverschuldeten bürokratis</w:t>
      </w:r>
      <w:r>
        <w:t xml:space="preserve">chen Blockade. </w:t>
      </w:r>
    </w:p>
    <w:p w14:paraId="34CFBE58" w14:textId="77777777" w:rsidR="00E70989" w:rsidRDefault="00E70989" w:rsidP="00363D7A">
      <w:pPr>
        <w:spacing w:after="0"/>
      </w:pPr>
    </w:p>
    <w:p w14:paraId="20C5FB81" w14:textId="77777777" w:rsidR="00E70989" w:rsidRDefault="00363D7A" w:rsidP="00363D7A">
      <w:pPr>
        <w:spacing w:after="0"/>
      </w:pPr>
      <w:r>
        <w:t>Ich stütze mein Gesuch auf die offiziellen Richtlinien der Individuellen Finanzhilfe (IF) der Pro Senectute, welche Bundes- und Stiftungsgelder explizit für die Mobilitäts- und Gesundheitskosten von bedürftigen Seniorinnen und Senioren vor</w:t>
      </w:r>
      <w:r>
        <w:t>sieht. Da der kantonale Weg über das Monopol versagt, greift hier das Prinzip der Subsidiarität, weshalb ich Pro Senectute Graubünden höflich um Unterstützung und eine Kostengutsprache bitte.</w:t>
      </w:r>
    </w:p>
    <w:p w14:paraId="664E4CEB" w14:textId="77777777" w:rsidR="00E70989" w:rsidRDefault="00E70989" w:rsidP="00363D7A">
      <w:pPr>
        <w:spacing w:after="0"/>
      </w:pPr>
    </w:p>
    <w:p w14:paraId="64E9B108" w14:textId="77777777" w:rsidR="00E70989" w:rsidRDefault="00363D7A" w:rsidP="00363D7A">
      <w:pPr>
        <w:spacing w:after="0"/>
      </w:pPr>
      <w:r>
        <w:t>Eine detaillierte und unverbindliche Kostenofferte von BFG lieg</w:t>
      </w:r>
      <w:r>
        <w:t>t diesem Schreiben bei.</w:t>
      </w:r>
    </w:p>
    <w:p w14:paraId="74395BB1" w14:textId="77777777" w:rsidR="00E70989" w:rsidRDefault="00E70989" w:rsidP="00363D7A">
      <w:pPr>
        <w:spacing w:after="0"/>
      </w:pPr>
    </w:p>
    <w:p w14:paraId="577F82B2" w14:textId="77777777" w:rsidR="00E70989" w:rsidRDefault="00363D7A" w:rsidP="00363D7A">
      <w:pPr>
        <w:spacing w:after="0"/>
      </w:pPr>
      <w:r>
        <w:t>Ich danke Ihnen herzlich für die Prüfung meines Dossiers und Ihre wertvolle Arbeit für uns ältere Menschen im Kanton Graubünden.</w:t>
      </w:r>
    </w:p>
    <w:p w14:paraId="51C5C7FF" w14:textId="77777777" w:rsidR="00E70989" w:rsidRDefault="00E70989" w:rsidP="00363D7A">
      <w:pPr>
        <w:spacing w:after="0"/>
      </w:pPr>
    </w:p>
    <w:p w14:paraId="2B96599B" w14:textId="77777777" w:rsidR="00E70989" w:rsidRDefault="00363D7A" w:rsidP="00363D7A">
      <w:pPr>
        <w:spacing w:after="0"/>
      </w:pPr>
      <w:r>
        <w:t>Mit freundlichen Grüssen</w:t>
      </w:r>
    </w:p>
    <w:p w14:paraId="41F84C3A" w14:textId="77777777" w:rsidR="00E70989" w:rsidRDefault="00E70989" w:rsidP="00363D7A">
      <w:pPr>
        <w:spacing w:after="0"/>
      </w:pPr>
    </w:p>
    <w:p w14:paraId="6D911A65" w14:textId="77777777" w:rsidR="00E70989" w:rsidRDefault="00E70989" w:rsidP="00363D7A">
      <w:pPr>
        <w:spacing w:after="0"/>
      </w:pPr>
    </w:p>
    <w:p w14:paraId="72AE7FE9" w14:textId="77777777" w:rsidR="00E70989" w:rsidRDefault="00363D7A" w:rsidP="00363D7A">
      <w:pPr>
        <w:spacing w:after="0"/>
      </w:pPr>
      <w:r>
        <w:t>[Unterschrift des Fahrgastes / des Angehörigen]</w:t>
      </w:r>
    </w:p>
    <w:p w14:paraId="2B6E0B27" w14:textId="77777777" w:rsidR="00E70989" w:rsidRDefault="00E70989" w:rsidP="00363D7A">
      <w:pPr>
        <w:spacing w:after="0"/>
      </w:pPr>
    </w:p>
    <w:p w14:paraId="37AE943C" w14:textId="77777777" w:rsidR="00E70989" w:rsidRDefault="00E70989" w:rsidP="00363D7A">
      <w:pPr>
        <w:spacing w:after="0"/>
      </w:pPr>
    </w:p>
    <w:p w14:paraId="3F799D0F" w14:textId="77777777" w:rsidR="00E70989" w:rsidRDefault="00363D7A" w:rsidP="00363D7A">
      <w:pPr>
        <w:spacing w:after="0"/>
      </w:pPr>
      <w:r>
        <w:t>Beilagen:</w:t>
      </w:r>
    </w:p>
    <w:p w14:paraId="378B2B6E" w14:textId="77777777" w:rsidR="00E70989" w:rsidRDefault="00363D7A" w:rsidP="00363D7A">
      <w:pPr>
        <w:spacing w:after="0"/>
      </w:pPr>
      <w:r>
        <w:t xml:space="preserve">- </w:t>
      </w:r>
      <w:r>
        <w:t>Unverbindliche Fahrtkosten-Offerte des BFG-Fahrdienstes</w:t>
      </w:r>
    </w:p>
    <w:p w14:paraId="710DF2C6" w14:textId="77777777" w:rsidR="00E70989" w:rsidRDefault="00363D7A" w:rsidP="00363D7A">
      <w:pPr>
        <w:spacing w:after="0"/>
      </w:pPr>
      <w:r>
        <w:t>- Kopie des aktuellen EL- / AHV-Rentenausweises</w:t>
      </w:r>
    </w:p>
    <w:sectPr w:rsidR="00E7098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3D7A"/>
    <w:rsid w:val="00AA1D8D"/>
    <w:rsid w:val="00B47730"/>
    <w:rsid w:val="00CB0664"/>
    <w:rsid w:val="00E709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0AEFDB"/>
  <w14:defaultImageDpi w14:val="300"/>
  <w15:docId w15:val="{9F16B5DE-234A-4415-B1AE-2DFDD0BF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Elias Fankhauser</cp:lastModifiedBy>
  <cp:revision>2</cp:revision>
  <dcterms:created xsi:type="dcterms:W3CDTF">2013-12-23T23:15:00Z</dcterms:created>
  <dcterms:modified xsi:type="dcterms:W3CDTF">2026-10-21T20:57:00Z</dcterms:modified>
  <cp:category/>
</cp:coreProperties>
</file>