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A5697" w14:textId="77777777" w:rsidR="00472787" w:rsidRDefault="006D206F" w:rsidP="006D206F">
      <w:pPr>
        <w:spacing w:after="0"/>
      </w:pPr>
      <w:r>
        <w:t>[Name des Fahrgastes / der Angehörigen]</w:t>
      </w:r>
    </w:p>
    <w:p w14:paraId="44488A77" w14:textId="77777777" w:rsidR="00472787" w:rsidRDefault="006D206F" w:rsidP="006D206F">
      <w:pPr>
        <w:spacing w:after="0"/>
      </w:pPr>
      <w:r>
        <w:t>[Strasse, Hausnummer]</w:t>
      </w:r>
    </w:p>
    <w:p w14:paraId="2DF4C622" w14:textId="77777777" w:rsidR="00472787" w:rsidRDefault="006D206F" w:rsidP="006D206F">
      <w:pPr>
        <w:spacing w:after="0"/>
      </w:pPr>
      <w:r>
        <w:t>[PLZ, Ort]</w:t>
      </w:r>
    </w:p>
    <w:p w14:paraId="2261C418" w14:textId="77777777" w:rsidR="00472787" w:rsidRDefault="006D206F" w:rsidP="006D206F">
      <w:pPr>
        <w:spacing w:after="0"/>
      </w:pPr>
      <w:r>
        <w:t>[Telefonnummer]</w:t>
      </w:r>
    </w:p>
    <w:p w14:paraId="1BAC99F9" w14:textId="77777777" w:rsidR="00472787" w:rsidRDefault="00472787" w:rsidP="006D206F">
      <w:pPr>
        <w:spacing w:after="0"/>
      </w:pPr>
    </w:p>
    <w:p w14:paraId="479BA359" w14:textId="77777777" w:rsidR="00472787" w:rsidRDefault="006D206F" w:rsidP="006D206F">
      <w:pPr>
        <w:spacing w:after="0"/>
      </w:pPr>
      <w:r>
        <w:t>[Name der Stiftung - z.B. Stiftung Denk an mich / Procap]</w:t>
      </w:r>
    </w:p>
    <w:p w14:paraId="38D66885" w14:textId="77777777" w:rsidR="00472787" w:rsidRDefault="006D206F" w:rsidP="006D206F">
      <w:pPr>
        <w:spacing w:after="0"/>
      </w:pPr>
      <w:r>
        <w:t>[Strasse, Hausnummer]</w:t>
      </w:r>
    </w:p>
    <w:p w14:paraId="14749255" w14:textId="77777777" w:rsidR="00472787" w:rsidRDefault="006D206F" w:rsidP="006D206F">
      <w:pPr>
        <w:spacing w:after="0"/>
      </w:pPr>
      <w:r>
        <w:t>[PLZ, Ort]</w:t>
      </w:r>
    </w:p>
    <w:p w14:paraId="571E7C74" w14:textId="77777777" w:rsidR="00472787" w:rsidRDefault="00472787" w:rsidP="006D206F">
      <w:pPr>
        <w:spacing w:after="0"/>
      </w:pPr>
    </w:p>
    <w:p w14:paraId="4799431C" w14:textId="77777777" w:rsidR="00472787" w:rsidRDefault="006D206F" w:rsidP="006D206F">
      <w:pPr>
        <w:spacing w:after="0"/>
      </w:pPr>
      <w:r>
        <w:t>[Ort], den [Aktuelles Datum]</w:t>
      </w:r>
    </w:p>
    <w:p w14:paraId="52B67D0E" w14:textId="77777777" w:rsidR="00472787" w:rsidRDefault="00472787" w:rsidP="006D206F">
      <w:pPr>
        <w:spacing w:after="0"/>
      </w:pPr>
    </w:p>
    <w:p w14:paraId="3DE85E53" w14:textId="77777777" w:rsidR="00472787" w:rsidRPr="006D206F" w:rsidRDefault="006D206F" w:rsidP="006D206F">
      <w:pPr>
        <w:spacing w:after="0"/>
        <w:rPr>
          <w:b/>
          <w:bCs/>
        </w:rPr>
      </w:pPr>
      <w:r w:rsidRPr="006D206F">
        <w:rPr>
          <w:b/>
          <w:bCs/>
        </w:rPr>
        <w:t xml:space="preserve">Gesuch um finanzielle </w:t>
      </w:r>
      <w:r w:rsidRPr="006D206F">
        <w:rPr>
          <w:b/>
          <w:bCs/>
        </w:rPr>
        <w:t>Einzelfallhilfe / Kostengutsprache für Behindertentransporte</w:t>
      </w:r>
    </w:p>
    <w:p w14:paraId="7CC2EF74" w14:textId="77777777" w:rsidR="00472787" w:rsidRDefault="00472787" w:rsidP="006D206F">
      <w:pPr>
        <w:spacing w:after="0"/>
      </w:pPr>
    </w:p>
    <w:p w14:paraId="5D6935B7" w14:textId="77777777" w:rsidR="00472787" w:rsidRDefault="006D206F" w:rsidP="006D206F">
      <w:pPr>
        <w:spacing w:after="0"/>
      </w:pPr>
      <w:r>
        <w:t>Sehr geehrte Damen und Herren</w:t>
      </w:r>
    </w:p>
    <w:p w14:paraId="283EA1FF" w14:textId="77777777" w:rsidR="00472787" w:rsidRDefault="00472787" w:rsidP="006D206F">
      <w:pPr>
        <w:spacing w:after="0"/>
      </w:pPr>
    </w:p>
    <w:p w14:paraId="05D9786D" w14:textId="77777777" w:rsidR="00472787" w:rsidRDefault="006D206F" w:rsidP="006D206F">
      <w:pPr>
        <w:spacing w:after="0"/>
      </w:pPr>
      <w:r>
        <w:t xml:space="preserve">Hiermit reiche ich ein Gesuch um finanzielle Unterstützung für dringend notwendige Behindertentransporte mit dem Behinderten Fahrdienst Graubünden (BFG) ein. </w:t>
      </w:r>
    </w:p>
    <w:p w14:paraId="02ED9756" w14:textId="77777777" w:rsidR="00472787" w:rsidRDefault="00472787" w:rsidP="006D206F">
      <w:pPr>
        <w:spacing w:after="0"/>
      </w:pPr>
    </w:p>
    <w:p w14:paraId="6FD37862" w14:textId="77777777" w:rsidR="00472787" w:rsidRDefault="006D206F" w:rsidP="006D206F">
      <w:pPr>
        <w:spacing w:after="0"/>
      </w:pPr>
      <w:r>
        <w:t>Au</w:t>
      </w:r>
      <w:r>
        <w:t>fgrund einer schweren Mobilitätseinschränkung (Rollstuhlbeizug) bin ich im Alltag vollständig auf ein rollstuhlgerechtes Spezialfahrzeug angewiesen. Um meine soziale Inklusion zu sichern, am gesellschaftlichen Leben teilzuhaben und den so wichtigen Kontakt</w:t>
      </w:r>
      <w:r>
        <w:t xml:space="preserve"> zu meiner Familie aufrechtzuerhalten (insbesondere für regelmässige Fahrten von meiner geschützten Arbeitsstelle nach Hause zu meiner Mutter), benötige ich eine zuverlässige Transportlösung.</w:t>
      </w:r>
    </w:p>
    <w:p w14:paraId="1EBE4603" w14:textId="77777777" w:rsidR="00472787" w:rsidRDefault="00472787" w:rsidP="006D206F">
      <w:pPr>
        <w:spacing w:after="0"/>
      </w:pPr>
    </w:p>
    <w:p w14:paraId="0490959E" w14:textId="77777777" w:rsidR="00472787" w:rsidRDefault="006D206F" w:rsidP="006D206F">
      <w:pPr>
        <w:spacing w:after="0"/>
      </w:pPr>
      <w:r>
        <w:t>Ich befinde mich in einer unverschuldeten und blockierten Härte</w:t>
      </w:r>
      <w:r>
        <w:t xml:space="preserve">fallsituation im Kanton Graubünden: Das offizielle kantonale Unterstützungssystem (Stiftung Mobilita) blockiert seit geraumer Zeit die Aufnahme neuer, privater Fahrdienste vollständig. Da die staatlichen Unterstützungsgelder im Kanton restriktiv an dieses </w:t>
      </w:r>
      <w:r>
        <w:t>eine Monopol gekoppelt sind, erhalte ich keinerlei kantonale Hilfe für Fahrten ausserhalb dieses starren Netzwerks. Ohne die Nutzung des flexiblen BFG-Fahrdienstes droht mir jedoch die vollständige soziale Isolation in der geschützten Werkstatt, da mir kei</w:t>
      </w:r>
      <w:r>
        <w:t>ne passenden Transportalternativen zur Verfügung stehen.</w:t>
      </w:r>
    </w:p>
    <w:p w14:paraId="39C88E8A" w14:textId="77777777" w:rsidR="00472787" w:rsidRDefault="00472787" w:rsidP="006D206F">
      <w:pPr>
        <w:spacing w:after="0"/>
      </w:pPr>
    </w:p>
    <w:p w14:paraId="5E110A30" w14:textId="77777777" w:rsidR="00472787" w:rsidRDefault="006D206F" w:rsidP="006D206F">
      <w:pPr>
        <w:spacing w:after="0"/>
      </w:pPr>
      <w:r>
        <w:t xml:space="preserve">Da die staatlichen Töpfe in unserem Kanton aufgrund dieser Systemblockade versagen, gelange ich im Sinne der Subsidiarität an Ihre geschätzte, unabhängige Stiftung. Ich bitte Sie von Herzen um eine </w:t>
      </w:r>
      <w:r>
        <w:t>unbürokratische Kostengutsprache oder finanzielle Einzelfallhilfe für meine regelmässigen Inklusionsfahrten.</w:t>
      </w:r>
    </w:p>
    <w:p w14:paraId="4EC0CD45" w14:textId="77777777" w:rsidR="00472787" w:rsidRDefault="00472787" w:rsidP="006D206F">
      <w:pPr>
        <w:spacing w:after="0"/>
      </w:pPr>
    </w:p>
    <w:p w14:paraId="558FB73E" w14:textId="77777777" w:rsidR="00472787" w:rsidRDefault="006D206F" w:rsidP="006D206F">
      <w:pPr>
        <w:spacing w:after="0"/>
      </w:pPr>
      <w:r>
        <w:t>Diesem Schreiben liegt eine unverbindliche und transparente Kostenofferte des Fahrdienstes BFG bei.</w:t>
      </w:r>
    </w:p>
    <w:p w14:paraId="0575A3F0" w14:textId="77777777" w:rsidR="00472787" w:rsidRDefault="00472787" w:rsidP="006D206F">
      <w:pPr>
        <w:spacing w:after="0"/>
      </w:pPr>
    </w:p>
    <w:p w14:paraId="0D1EDC92" w14:textId="77777777" w:rsidR="00472787" w:rsidRDefault="006D206F" w:rsidP="006D206F">
      <w:pPr>
        <w:spacing w:after="0"/>
      </w:pPr>
      <w:r>
        <w:lastRenderedPageBreak/>
        <w:t>Ich danke Ihnen ausserordentlich für die wohl</w:t>
      </w:r>
      <w:r>
        <w:t>wollende Prüfung meines Gesuchs und Ihren grossen Einsatz für Menschen mit Behinderung in der Schweiz.</w:t>
      </w:r>
    </w:p>
    <w:p w14:paraId="74009139" w14:textId="77777777" w:rsidR="00472787" w:rsidRDefault="00472787" w:rsidP="006D206F">
      <w:pPr>
        <w:spacing w:after="0"/>
      </w:pPr>
    </w:p>
    <w:p w14:paraId="54D01CC9" w14:textId="77777777" w:rsidR="00472787" w:rsidRDefault="006D206F" w:rsidP="006D206F">
      <w:pPr>
        <w:spacing w:after="0"/>
      </w:pPr>
      <w:r>
        <w:t>Mit freundlichen Grüssen</w:t>
      </w:r>
    </w:p>
    <w:p w14:paraId="4EED2635" w14:textId="77777777" w:rsidR="00472787" w:rsidRDefault="00472787" w:rsidP="006D206F">
      <w:pPr>
        <w:spacing w:after="0"/>
      </w:pPr>
    </w:p>
    <w:p w14:paraId="7ADF9B43" w14:textId="77777777" w:rsidR="00472787" w:rsidRDefault="00472787" w:rsidP="006D206F">
      <w:pPr>
        <w:spacing w:after="0"/>
      </w:pPr>
    </w:p>
    <w:p w14:paraId="6F545BA3" w14:textId="77777777" w:rsidR="00472787" w:rsidRDefault="006D206F" w:rsidP="006D206F">
      <w:pPr>
        <w:spacing w:after="0"/>
      </w:pPr>
      <w:r>
        <w:t>[Unterschrift des Fahrgastes / des gesetzlichen Vertreters]</w:t>
      </w:r>
    </w:p>
    <w:p w14:paraId="124C77A0" w14:textId="77777777" w:rsidR="00472787" w:rsidRDefault="00472787" w:rsidP="006D206F">
      <w:pPr>
        <w:spacing w:after="0"/>
      </w:pPr>
    </w:p>
    <w:p w14:paraId="1A95EEE6" w14:textId="77777777" w:rsidR="00472787" w:rsidRDefault="00472787" w:rsidP="006D206F">
      <w:pPr>
        <w:spacing w:after="0"/>
      </w:pPr>
    </w:p>
    <w:p w14:paraId="04FAA2C2" w14:textId="77777777" w:rsidR="00472787" w:rsidRDefault="006D206F" w:rsidP="006D206F">
      <w:pPr>
        <w:spacing w:after="0"/>
      </w:pPr>
      <w:r>
        <w:t>Beilagen:</w:t>
      </w:r>
    </w:p>
    <w:p w14:paraId="1E429E9B" w14:textId="77777777" w:rsidR="00472787" w:rsidRDefault="006D206F" w:rsidP="006D206F">
      <w:pPr>
        <w:spacing w:after="0"/>
      </w:pPr>
      <w:r>
        <w:t xml:space="preserve">- Unverbindliche </w:t>
      </w:r>
      <w:r>
        <w:t>Fahrtkosten-Offerte des BFG-Fahrdienstes</w:t>
      </w:r>
    </w:p>
    <w:p w14:paraId="7CCB67A3" w14:textId="77777777" w:rsidR="00472787" w:rsidRDefault="006D206F" w:rsidP="006D206F">
      <w:pPr>
        <w:spacing w:after="0"/>
      </w:pPr>
      <w:r>
        <w:t>- Kurzer Nachweis über die Invalidität / Aufenthalt in der geschützten Werkstatt</w:t>
      </w:r>
    </w:p>
    <w:sectPr w:rsidR="0047278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72787"/>
    <w:rsid w:val="006D206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52F57CB"/>
  <w14:defaultImageDpi w14:val="300"/>
  <w15:docId w15:val="{9F16B5DE-234A-4415-B1AE-2DFDD0BFE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Elias Fankhauser</cp:lastModifiedBy>
  <cp:revision>2</cp:revision>
  <dcterms:created xsi:type="dcterms:W3CDTF">2013-12-23T23:15:00Z</dcterms:created>
  <dcterms:modified xsi:type="dcterms:W3CDTF">2026-10-21T20:56:00Z</dcterms:modified>
  <cp:category/>
</cp:coreProperties>
</file>